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83E54" w14:textId="77777777" w:rsidR="00B13E73" w:rsidRDefault="00553988">
      <w:pPr>
        <w:spacing w:after="80"/>
        <w:jc w:val="center"/>
      </w:pPr>
      <w:r>
        <w:t>MOD. A</w:t>
      </w:r>
    </w:p>
    <w:p w14:paraId="79CBCD24" w14:textId="5316B693" w:rsidR="00B13E73" w:rsidRDefault="00553988">
      <w:pPr>
        <w:spacing w:after="240"/>
        <w:jc w:val="center"/>
      </w:pPr>
      <w:r>
        <w:rPr>
          <w:b/>
        </w:rPr>
        <w:t xml:space="preserve">DOMANDA PER CONTRIBUTO IN C/ ABBATTIMENTO INTERESSI </w:t>
      </w:r>
    </w:p>
    <w:p w14:paraId="1A89D9DD" w14:textId="77777777" w:rsidR="00B13E73" w:rsidRDefault="00553988">
      <w:pPr>
        <w:spacing w:after="80"/>
        <w:jc w:val="right"/>
      </w:pPr>
      <w:r>
        <w:t>Al Comune di Chianciano Terme</w:t>
      </w:r>
    </w:p>
    <w:p w14:paraId="3577A976" w14:textId="77777777" w:rsidR="00B13E73" w:rsidRDefault="00553988">
      <w:pPr>
        <w:spacing w:after="280"/>
        <w:jc w:val="right"/>
      </w:pPr>
      <w:r>
        <w:t>Pec: ______________________________</w:t>
      </w:r>
    </w:p>
    <w:p w14:paraId="6348570B" w14:textId="61691843" w:rsidR="00B13E73" w:rsidRDefault="00553988" w:rsidP="00BC2133">
      <w:pPr>
        <w:spacing w:after="0" w:line="480" w:lineRule="auto"/>
        <w:jc w:val="both"/>
      </w:pPr>
      <w:r>
        <w:t>Il/la sottoscritto/a ____________________________________________Codice Fiscale _____________________________</w:t>
      </w:r>
      <w:r w:rsidR="00BC2133">
        <w:t xml:space="preserve"> </w:t>
      </w:r>
      <w:r>
        <w:t>in qualità di titolare/legale rappresentante della Impresa/Società</w:t>
      </w:r>
      <w:r w:rsidR="00BC2133">
        <w:t>__________</w:t>
      </w:r>
    </w:p>
    <w:p w14:paraId="69401CB5" w14:textId="77777777" w:rsidR="00B13E73" w:rsidRDefault="00553988" w:rsidP="00BC2133">
      <w:pPr>
        <w:spacing w:after="0" w:line="480" w:lineRule="auto"/>
      </w:pPr>
      <w:r>
        <w:t>________________________________________________________________________________</w:t>
      </w:r>
    </w:p>
    <w:p w14:paraId="53EB59A2" w14:textId="70E6E043" w:rsidR="00B13E73" w:rsidRDefault="00553988" w:rsidP="00BC2133">
      <w:pPr>
        <w:spacing w:after="0" w:line="480" w:lineRule="auto"/>
        <w:jc w:val="both"/>
      </w:pPr>
      <w:r>
        <w:t>iscritta al Registro delle Imprese della Camera di Commercio di Siena e Arezzo con la seguente</w:t>
      </w:r>
      <w:r w:rsidR="00BD4665">
        <w:t xml:space="preserve"> </w:t>
      </w:r>
      <w:r>
        <w:t>partita Iva</w:t>
      </w:r>
      <w:r w:rsidR="00BD4665">
        <w:t xml:space="preserve">/seguente numero </w:t>
      </w:r>
      <w:r>
        <w:t xml:space="preserve"> _______________________</w:t>
      </w:r>
      <w:r w:rsidR="00BD4665">
        <w:t>____________</w:t>
      </w:r>
      <w:r>
        <w:t>___   con sede in via/piazza ______________________________   n. ______</w:t>
      </w:r>
      <w:r w:rsidR="00BC2133">
        <w:t xml:space="preserve"> </w:t>
      </w:r>
      <w:r>
        <w:t>città __________________________   provincia ______   CAP __________</w:t>
      </w:r>
      <w:r w:rsidR="00BC2133">
        <w:t xml:space="preserve"> </w:t>
      </w:r>
      <w:r>
        <w:t>tel. ____________________   cell. ____________________   e-mail ______________________________</w:t>
      </w:r>
    </w:p>
    <w:p w14:paraId="07184B02" w14:textId="38875B77" w:rsidR="00B13E73" w:rsidRDefault="00553988" w:rsidP="00BC2133">
      <w:pPr>
        <w:spacing w:after="0" w:line="480" w:lineRule="auto"/>
      </w:pPr>
      <w:r>
        <w:t>indirizzo PEC presso il quale l'impresa elegge domicilio ai fini della procedura relativa alla presente</w:t>
      </w:r>
      <w:r w:rsidR="00BC2133">
        <w:t xml:space="preserve">  </w:t>
      </w:r>
      <w:r>
        <w:t>domanda di contributo: __________________________________________</w:t>
      </w:r>
    </w:p>
    <w:p w14:paraId="4A024E0A" w14:textId="77777777" w:rsidR="00B13E73" w:rsidRDefault="00553988">
      <w:pPr>
        <w:spacing w:after="80"/>
        <w:jc w:val="center"/>
      </w:pPr>
      <w:r>
        <w:rPr>
          <w:b/>
        </w:rPr>
        <w:t>CHIEDE</w:t>
      </w:r>
    </w:p>
    <w:p w14:paraId="5578A5F4" w14:textId="0BC966A8" w:rsidR="00B13E73" w:rsidRDefault="00553988" w:rsidP="00FA6ABD">
      <w:pPr>
        <w:jc w:val="both"/>
      </w:pPr>
      <w:r>
        <w:t xml:space="preserve">di essere ammesso a ricevere il contributo in conto abbattimento interessi così come indicato nell’avviso approvato determinazione </w:t>
      </w:r>
      <w:r w:rsidRPr="00595C20">
        <w:t xml:space="preserve">dirigenziale n. </w:t>
      </w:r>
      <w:r w:rsidR="00803C80">
        <w:t>727 del 07/10</w:t>
      </w:r>
      <w:r w:rsidRPr="00595C20">
        <w:t>/2026</w:t>
      </w:r>
    </w:p>
    <w:p w14:paraId="1083770E" w14:textId="77777777" w:rsidR="00B13E73" w:rsidRDefault="00553988" w:rsidP="00FA6ABD">
      <w:pPr>
        <w:jc w:val="both"/>
      </w:pPr>
      <w:r>
        <w:t>A tal fine, ai sensi degli artt. 46 e 47 del d.P.R. 445/2000, consapevole delle sanzioni penali nel caso di dichiarazioni non veritiere, di formazione o uso di atti falsi, richiamate dall'art. 76 del d.P.R. 445/2000, nonché della decadenza dai benefici conseguenti al provvedimento eventualmente emanato sulla base della dichiarazione non veritiera, se dal controllo effettuato emerge la non veridicità del contenuto delle dichiarazioni rese (art. 75 d.P.R. 445/2000)</w:t>
      </w:r>
    </w:p>
    <w:p w14:paraId="1E7B1FC4" w14:textId="77777777" w:rsidR="00B13E73" w:rsidRDefault="00553988">
      <w:pPr>
        <w:spacing w:after="80"/>
        <w:jc w:val="center"/>
      </w:pPr>
      <w:r>
        <w:rPr>
          <w:b/>
        </w:rPr>
        <w:t>DICHIARA</w:t>
      </w:r>
    </w:p>
    <w:p w14:paraId="747E6736" w14:textId="77777777" w:rsidR="00B13E73" w:rsidRDefault="00553988">
      <w:pPr>
        <w:spacing w:after="100"/>
        <w:ind w:left="283" w:hanging="283"/>
      </w:pPr>
      <w:r>
        <w:t>1.  di avere la sede operativa e/o unità locale nel Comune di Chianciano Terme in via</w:t>
      </w:r>
    </w:p>
    <w:p w14:paraId="304A679F" w14:textId="77777777" w:rsidR="00B13E73" w:rsidRDefault="00553988">
      <w:pPr>
        <w:spacing w:after="80"/>
      </w:pPr>
      <w:r>
        <w:t xml:space="preserve">     _________________________________________________ n. __________</w:t>
      </w:r>
    </w:p>
    <w:p w14:paraId="317612E8" w14:textId="77777777" w:rsidR="00B13E73" w:rsidRDefault="00553988">
      <w:pPr>
        <w:spacing w:after="100"/>
        <w:ind w:left="283" w:hanging="283"/>
      </w:pPr>
      <w:r>
        <w:t>2.  essere iscritto al Registro delle Imprese della Camera di Commercio di __________________________ ;</w:t>
      </w:r>
    </w:p>
    <w:p w14:paraId="19C02773" w14:textId="77777777" w:rsidR="00B13E73" w:rsidRDefault="00553988">
      <w:pPr>
        <w:spacing w:after="100"/>
        <w:ind w:left="283" w:hanging="283"/>
      </w:pPr>
      <w:r>
        <w:t>3.  di svolgere la seguente attività:</w:t>
      </w:r>
    </w:p>
    <w:p w14:paraId="7BB62018" w14:textId="77777777" w:rsidR="00B13E73" w:rsidRDefault="00553988">
      <w:pPr>
        <w:spacing w:after="80"/>
      </w:pPr>
      <w:r>
        <w:t xml:space="preserve">     ________________________________________________________________________________</w:t>
      </w:r>
    </w:p>
    <w:p w14:paraId="14FA3733" w14:textId="77777777" w:rsidR="00B13E73" w:rsidRDefault="00553988">
      <w:pPr>
        <w:spacing w:after="80"/>
      </w:pPr>
      <w:r>
        <w:t xml:space="preserve">     ________________________________________________________________________________ ;</w:t>
      </w:r>
    </w:p>
    <w:p w14:paraId="5E246A61" w14:textId="77777777" w:rsidR="00B13E73" w:rsidRDefault="00553988">
      <w:pPr>
        <w:spacing w:after="100"/>
        <w:ind w:left="283" w:hanging="283"/>
      </w:pPr>
      <w:r>
        <w:t>4.  di avere presentato al Comune di Chianciano Terme in data __________________ :</w:t>
      </w:r>
    </w:p>
    <w:p w14:paraId="3611F6B0" w14:textId="77777777" w:rsidR="00B13E73" w:rsidRDefault="00553988" w:rsidP="00FA6ABD">
      <w:pPr>
        <w:spacing w:after="80"/>
        <w:jc w:val="both"/>
      </w:pPr>
      <w:r>
        <w:t xml:space="preserve">     ☐ SCIA/DIA di inizio attività o trasferimento al Comune di Chianciano Terme;</w:t>
      </w:r>
    </w:p>
    <w:p w14:paraId="089061E3" w14:textId="6DB9645F" w:rsidR="00B13E73" w:rsidRDefault="00553988" w:rsidP="00FA6ABD">
      <w:pPr>
        <w:spacing w:after="80"/>
        <w:jc w:val="both"/>
      </w:pPr>
      <w:r>
        <w:t xml:space="preserve">     </w:t>
      </w:r>
      <w:r w:rsidRPr="00595C20">
        <w:t>☐ di essere titolare dell’Autorizzazione n. __________ all’esercizio dell’attività</w:t>
      </w:r>
      <w:r w:rsidR="003C6B20" w:rsidRPr="00595C20">
        <w:t xml:space="preserve"> turistico ricettiva </w:t>
      </w:r>
      <w:r w:rsidRPr="00595C20">
        <w:t xml:space="preserve"> rilasciata dal</w:t>
      </w:r>
      <w:r w:rsidR="003C6B20" w:rsidRPr="00595C20">
        <w:t xml:space="preserve"> </w:t>
      </w:r>
      <w:r w:rsidRPr="00595C20">
        <w:t>Comune di Chianciano Terme in data __________________ ;</w:t>
      </w:r>
    </w:p>
    <w:p w14:paraId="1A4113BE" w14:textId="77777777" w:rsidR="00B13E73" w:rsidRDefault="00553988" w:rsidP="00FA6ABD">
      <w:pPr>
        <w:spacing w:after="100"/>
        <w:ind w:left="283" w:hanging="283"/>
        <w:jc w:val="both"/>
      </w:pPr>
      <w:r>
        <w:lastRenderedPageBreak/>
        <w:t>5.  che non sussistono cause di divieto, di decadenza, di sospensione previste dall’art. 67 D.lgs. 6 settembre 2011, n.159 e smi (Codice delle leggi antimafia e delle misure di prevenzione, nonché nuove disposizioni in materia di documentazione antimafia);</w:t>
      </w:r>
    </w:p>
    <w:p w14:paraId="4D9F2389" w14:textId="77777777" w:rsidR="00B13E73" w:rsidRDefault="00553988" w:rsidP="00FA6ABD">
      <w:pPr>
        <w:spacing w:after="100"/>
        <w:ind w:left="283" w:hanging="283"/>
        <w:jc w:val="both"/>
      </w:pPr>
      <w:r>
        <w:t>6.  di non essere in stato di fallimento, concordato preventivo, amministrazione straordinaria, liquidazione coatta amministrativa o volontaria;</w:t>
      </w:r>
    </w:p>
    <w:p w14:paraId="6D230B7E" w14:textId="77777777" w:rsidR="00B13E73" w:rsidRDefault="00553988" w:rsidP="00FA6ABD">
      <w:pPr>
        <w:spacing w:after="100"/>
        <w:ind w:left="283" w:hanging="283"/>
        <w:jc w:val="both"/>
      </w:pPr>
      <w:r>
        <w:t>7.  di non trovarsi in una delle condizioni di “difficoltà” previste dalla Comunicazione della Commissione Europea 2004/C 244/02 in materia di Ordinamenti Comunitari sugli aiuti di Stato per il salvataggio e la ristrutturazione di imprese in difficoltà</w:t>
      </w:r>
    </w:p>
    <w:p w14:paraId="747CE0F9" w14:textId="77777777" w:rsidR="00B13E73" w:rsidRDefault="00553988" w:rsidP="00FA6ABD">
      <w:pPr>
        <w:spacing w:after="100"/>
        <w:ind w:left="283" w:hanging="283"/>
        <w:jc w:val="both"/>
      </w:pPr>
      <w:r>
        <w:t>8.  di rispettare il massimale fruibile per gli aiuti di Stato in regime “de minimis”;</w:t>
      </w:r>
    </w:p>
    <w:p w14:paraId="75CFA890" w14:textId="77777777" w:rsidR="00B13E73" w:rsidRDefault="00553988" w:rsidP="00FA6ABD">
      <w:pPr>
        <w:spacing w:after="100"/>
        <w:ind w:left="283" w:hanging="283"/>
        <w:jc w:val="both"/>
      </w:pPr>
      <w:r>
        <w:t>9.  di non avere contenziosi di qualsiasi genere con il Comune di Chianciano Terme e di non essere stato messo in mora dal Comune stesso per tributi o entrate patrimoniali, sia a titolo personale sia in qualità di titolare o amministratore di società o imprese in genere</w:t>
      </w:r>
    </w:p>
    <w:p w14:paraId="3A82A31C" w14:textId="77777777" w:rsidR="00B13E73" w:rsidRDefault="00553988" w:rsidP="00FA6ABD">
      <w:pPr>
        <w:spacing w:after="100"/>
        <w:ind w:left="283" w:hanging="283"/>
        <w:jc w:val="both"/>
      </w:pPr>
      <w:r>
        <w:t>10.  di essere in regola con l'assolvimento degli obblighi legislativi e contrattuali nei confronti di INPS, INAIL, Cassa Edile e/o altri enti previdenziali e/o assicurativi, secondo quanto attestabile nel documento unico di regolarità contributiva (DURC)</w:t>
      </w:r>
    </w:p>
    <w:p w14:paraId="40B83A52" w14:textId="77777777" w:rsidR="00B13E73" w:rsidRDefault="00553988" w:rsidP="00FA6ABD">
      <w:pPr>
        <w:spacing w:after="100"/>
        <w:ind w:left="283" w:hanging="283"/>
        <w:jc w:val="both"/>
      </w:pPr>
      <w:r>
        <w:t>11.  di aver preso visione dell’avviso impegnandosi a rispettare quanto in esso prescritto sia al momento della presentazione della domanda che durante l’intero periodo di validità dell’avviso;</w:t>
      </w:r>
    </w:p>
    <w:p w14:paraId="76A22AC3" w14:textId="77777777" w:rsidR="00B13E73" w:rsidRDefault="00553988" w:rsidP="00FA6ABD">
      <w:pPr>
        <w:spacing w:after="100"/>
        <w:ind w:left="283" w:hanging="283"/>
        <w:jc w:val="both"/>
      </w:pPr>
      <w:r>
        <w:t>12.  di essere a conoscenza che in caso di approvazione del finanziamento, Fi.Se.S. Spa provvederà ad inoltrare la richiesta di contributo in conto interessi al Comune;</w:t>
      </w:r>
    </w:p>
    <w:p w14:paraId="464F65EA" w14:textId="77777777" w:rsidR="00B13E73" w:rsidRDefault="00553988">
      <w:pPr>
        <w:spacing w:before="120" w:after="80"/>
        <w:jc w:val="center"/>
      </w:pPr>
      <w:r>
        <w:rPr>
          <w:b/>
        </w:rPr>
        <w:t>DICHIARA ALTRESÌ</w:t>
      </w:r>
    </w:p>
    <w:p w14:paraId="6F058B36" w14:textId="77777777" w:rsidR="00B13E73" w:rsidRDefault="00553988" w:rsidP="00FA6ABD">
      <w:pPr>
        <w:spacing w:after="80"/>
        <w:jc w:val="both"/>
      </w:pPr>
      <w:r>
        <w:t>☐ di essere informato che i dati personali raccolti e contenuti nella presente dichiarazione saranno trattati anche con strumenti informatici, esclusivamente nell’ambito del procedimento per il quale la presente dichiarazione viene resa e che al riguardo gli competono tutti i diritti previsti secondo l’art. 16 del Dlgs. 196/2003 e il Regolamento UE 2016/679 (GDPR) e di essere a conoscenza di quanto contenuto nell’art. 23 dell’Avviso.</w:t>
      </w:r>
    </w:p>
    <w:p w14:paraId="42BA8237" w14:textId="77777777" w:rsidR="00B13E73" w:rsidRDefault="00553988" w:rsidP="00FA6ABD">
      <w:pPr>
        <w:spacing w:after="240"/>
        <w:jc w:val="both"/>
      </w:pPr>
      <w:r>
        <w:t>☐ di essere a conoscenza che la mancata autorizzazione al trattamento non consente di istruire l’istanza e di partecipare al presente avviso.</w:t>
      </w:r>
    </w:p>
    <w:p w14:paraId="08224B87" w14:textId="77777777" w:rsidR="00B13E73" w:rsidRDefault="00553988">
      <w:pPr>
        <w:spacing w:after="80"/>
      </w:pPr>
      <w:r>
        <w:t>Luogo e data ______________________________________</w:t>
      </w:r>
    </w:p>
    <w:p w14:paraId="26B841D3" w14:textId="77777777" w:rsidR="00B13E73" w:rsidRDefault="00553988">
      <w:pPr>
        <w:spacing w:after="80"/>
        <w:jc w:val="right"/>
      </w:pPr>
      <w:r>
        <w:rPr>
          <w:b/>
        </w:rPr>
        <w:t>IL TITOLARE/RAPPRESENTANTE LEGALE</w:t>
      </w:r>
    </w:p>
    <w:p w14:paraId="05C215F2" w14:textId="77777777" w:rsidR="00B13E73" w:rsidRDefault="00553988">
      <w:pPr>
        <w:spacing w:after="240"/>
        <w:jc w:val="right"/>
      </w:pPr>
      <w:r>
        <w:t>Firma digitale*</w:t>
      </w:r>
    </w:p>
    <w:p w14:paraId="0E8787D8" w14:textId="77777777" w:rsidR="00FA6ABD" w:rsidRDefault="00FA6ABD">
      <w:pPr>
        <w:spacing w:after="240"/>
        <w:jc w:val="right"/>
      </w:pPr>
    </w:p>
    <w:p w14:paraId="5BD0FA15" w14:textId="77777777" w:rsidR="00FA6ABD" w:rsidRDefault="00FA6ABD">
      <w:pPr>
        <w:spacing w:after="240"/>
        <w:jc w:val="right"/>
      </w:pPr>
    </w:p>
    <w:p w14:paraId="01D093AC" w14:textId="77777777" w:rsidR="00B13E73" w:rsidRDefault="00553988">
      <w:pPr>
        <w:spacing w:after="80"/>
      </w:pPr>
      <w:r>
        <w:t>*Se la presente domanda non è firmata digitalmente, dovrà essere sottoscritta in modalità cartacea ed inviata con allegata copia di documento d’identità del firmatario.</w:t>
      </w:r>
    </w:p>
    <w:sectPr w:rsidR="00B13E73" w:rsidSect="00034616">
      <w:pgSz w:w="12240" w:h="15840"/>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578245886">
    <w:abstractNumId w:val="8"/>
  </w:num>
  <w:num w:numId="2" w16cid:durableId="1491755987">
    <w:abstractNumId w:val="6"/>
  </w:num>
  <w:num w:numId="3" w16cid:durableId="125204124">
    <w:abstractNumId w:val="5"/>
  </w:num>
  <w:num w:numId="4" w16cid:durableId="167444594">
    <w:abstractNumId w:val="4"/>
  </w:num>
  <w:num w:numId="5" w16cid:durableId="546651132">
    <w:abstractNumId w:val="7"/>
  </w:num>
  <w:num w:numId="6" w16cid:durableId="1310405460">
    <w:abstractNumId w:val="3"/>
  </w:num>
  <w:num w:numId="7" w16cid:durableId="300765741">
    <w:abstractNumId w:val="2"/>
  </w:num>
  <w:num w:numId="8" w16cid:durableId="299724486">
    <w:abstractNumId w:val="1"/>
  </w:num>
  <w:num w:numId="9" w16cid:durableId="312101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1858"/>
    <w:rsid w:val="0015074B"/>
    <w:rsid w:val="001C061F"/>
    <w:rsid w:val="0029639D"/>
    <w:rsid w:val="002A0B11"/>
    <w:rsid w:val="00326F90"/>
    <w:rsid w:val="003C6B20"/>
    <w:rsid w:val="004A29DD"/>
    <w:rsid w:val="00553988"/>
    <w:rsid w:val="00595C20"/>
    <w:rsid w:val="00803C80"/>
    <w:rsid w:val="00987BFC"/>
    <w:rsid w:val="00AA1D8D"/>
    <w:rsid w:val="00B13E73"/>
    <w:rsid w:val="00B47730"/>
    <w:rsid w:val="00BC2133"/>
    <w:rsid w:val="00BD4665"/>
    <w:rsid w:val="00CB0664"/>
    <w:rsid w:val="00D20395"/>
    <w:rsid w:val="00EB2F2A"/>
    <w:rsid w:val="00FA6AB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C6C17D7-6FB0-4476-8EAF-2634E69DC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Times New Roman" w:hAnsi="Times New Roman"/>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8f67bb81-1bf1-44d1-9d11-16c8a2f84616" xsi:nil="true"/>
    <lcf76f155ced4ddcb4097134ff3c332f xmlns="bb6d30b1-0fab-4345-a3af-857243e5c6c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9FB72F6A19D5E94F8B72F86A1A6165FA" ma:contentTypeVersion="10" ma:contentTypeDescription="Creare un nuovo documento." ma:contentTypeScope="" ma:versionID="d6d3984d5a2601381ff5fd6a766c887f">
  <xsd:schema xmlns:xsd="http://www.w3.org/2001/XMLSchema" xmlns:xs="http://www.w3.org/2001/XMLSchema" xmlns:p="http://schemas.microsoft.com/office/2006/metadata/properties" xmlns:ns2="bb6d30b1-0fab-4345-a3af-857243e5c6c4" xmlns:ns3="8f67bb81-1bf1-44d1-9d11-16c8a2f84616" targetNamespace="http://schemas.microsoft.com/office/2006/metadata/properties" ma:root="true" ma:fieldsID="3a3fb87fb15f207df083201a66d15d7d" ns2:_="" ns3:_="">
    <xsd:import namespace="bb6d30b1-0fab-4345-a3af-857243e5c6c4"/>
    <xsd:import namespace="8f67bb81-1bf1-44d1-9d11-16c8a2f846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6d30b1-0fab-4345-a3af-857243e5c6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88314b4-2552-4191-89ca-aa338edbcaf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67bb81-1bf1-44d1-9d11-16c8a2f846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5de1d6-5e29-4c3d-8770-be0f8beccdab}" ma:internalName="TaxCatchAll" ma:showField="CatchAllData" ma:web="8f67bb81-1bf1-44d1-9d11-16c8a2f846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1BF0538-BAD4-4CBE-9E14-D39643CF1DA8}">
  <ds:schemaRefs>
    <ds:schemaRef ds:uri="http://schemas.microsoft.com/office/2006/metadata/properties"/>
    <ds:schemaRef ds:uri="http://schemas.microsoft.com/office/infopath/2007/PartnerControls"/>
    <ds:schemaRef ds:uri="8f67bb81-1bf1-44d1-9d11-16c8a2f84616"/>
    <ds:schemaRef ds:uri="bb6d30b1-0fab-4345-a3af-857243e5c6c4"/>
  </ds:schemaRefs>
</ds:datastoreItem>
</file>

<file path=customXml/itemProps3.xml><?xml version="1.0" encoding="utf-8"?>
<ds:datastoreItem xmlns:ds="http://schemas.openxmlformats.org/officeDocument/2006/customXml" ds:itemID="{CB4B14E0-B709-42D2-99DF-E4676A300F9A}">
  <ds:schemaRefs>
    <ds:schemaRef ds:uri="http://schemas.microsoft.com/sharepoint/v3/contenttype/forms"/>
  </ds:schemaRefs>
</ds:datastoreItem>
</file>

<file path=customXml/itemProps4.xml><?xml version="1.0" encoding="utf-8"?>
<ds:datastoreItem xmlns:ds="http://schemas.openxmlformats.org/officeDocument/2006/customXml" ds:itemID="{85B2965D-B6C2-4169-8BD6-C07C7244B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6d30b1-0fab-4345-a3af-857243e5c6c4"/>
    <ds:schemaRef ds:uri="8f67bb81-1bf1-44d1-9d11-16c8a2f84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Elena Sabatini</cp:lastModifiedBy>
  <cp:revision>10</cp:revision>
  <dcterms:created xsi:type="dcterms:W3CDTF">2013-12-23T23:15:00Z</dcterms:created>
  <dcterms:modified xsi:type="dcterms:W3CDTF">2026-10-09T10:49:00Z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0x0101009FB72F6A19D5E94F8B72F86A1A6165FA</vt:lpwstr>
  </property>
  <property fmtid="{D5CDD505-2E9C-101B-9397-08002B2CF9AE}" pid="3" name="MediaServiceImageTags">
    <vt:lpwstr/>
  </property>
</Properties>
</file>